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בקצב של טרנד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שבהן נוצרות מילים חדשות בעברית: שאילה, הלחם וקיצור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מהטקסט לכל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היתרונות והחסרונות של מילים חדשות לעומת מילים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נכתב שהלחם טוב הוא קצר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(לקיחת מילה משפה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(מילה חדשה מחיבור של שתי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(מקבלים ומתחילים להשתמש)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רמזור, מדרחוב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מילה, מזהה את הדרך שבה נוצרה ומסביר בקצרה את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שאילה-לקיחה משפה אחרת, הלחם-חיבור שתי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דו״ח או אח״כ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לומר בדיוק את הכוונה ולא לאבד גיוון בשפה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עדכנית ממציאות התלמידים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המילון הקטן בטקסט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בקול את המילה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בקצב של טרנד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עוסק באופן שבו מילים חדשות, קיצורים והלחמים נכנסים לשפה העברית, ובשאלה מה קורה למילים המדויקות כשמילה אחת משמשת לכל 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רחוב  ·  אור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שפה הגיעה המילה טרנד?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בטקסט היא דוגמה להלחם?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טרנד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יישומון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רמזור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טרנד שאולה מאנגלית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הלחם טוב הוא בדרך כלל ארוך ומסובך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רמזור נוצרה מחיבור של רמז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מדרחוב הוא הלחם של מדרכה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שאילה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חדשה מחיבור של שתי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מקבלים ומתחילים להשתמש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מאמצים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לקיחת מילה משפה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שתי דוגמאות להלחמים שמופיעים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איזו מילה חדשה שמעתם לאחרונה? האם היא שאילה, הלחם או קיצור? 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שאילה להלחם?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לקיצור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חדשות בקצב של טרנד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