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בקצב של טרנד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שבהן נוצרות מילים חדשות בעברית: שאילה, הלחם וקיצור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מהטקסט לכל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היתרונות והחסרונות של מילים חדשות לעומת מילים 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שנוצרה מחיבור של שתי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יידיש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יישומון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הולכות לאיבוד מילים מדויקות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שהם היו בשימוש עוד לפני שהיו מסכים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בטקסט נכתב שהלחם טוב הוא קצר וברור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מציג יתרונות וחסרונות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בטקסט נכתב שלפעמים מאמצים ולפעמים ממשיכים במילה הלועזית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יישומון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(לקיחת מילה משפה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(מילה חדשה מחיבור של שתי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(התקבלו ונכנסו לשימוש)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(מקבלים ומתחילים להשתמש)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(שאינה עברית, משפה 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רמזור, מדרחוב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הולכות לאיבוד מילים מדויקות יותר כמו מרתק, מעולה או קשה במיוחד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מילה, מזהה את הדרך שבה נוצרה ומסביר בקצרה את הבחירה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שאילה-לקיחה משפה אחרת, הלחם-חיבור שתי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דו״ח או אח״כ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לומר בדיוק את הכוונה ולא לאבד גיוון בשפה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עדכנית ממציאות התלמידים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המילון הקטן בטקסט לפני פתרון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בקול את המילה שבחרו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בקצב של טרנד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עוסק באופן שבו מילים חדשות, קיצורים והלחמים נכנסים לשפה העברית, ובשאלה מה קורה למילים המדויקות כשמילה אחת משמשת לכל דבר.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שנלקחה משפה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שנוצרה מחיבור של שתי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קיצור של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שנעלמה מהשפה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שפה הגיעה המילה טרנד?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שפה הגיעה המילה לפרגן?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בטקסט היא דוגמה להלחם?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טרנד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הוצעה בעברית לתוכנה קטנה בטלפון?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אח״כ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הבעיה שמוזכרת בשימוש במילה אחת כמו מטורף לכל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השפה נעלמת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הולכות לאיבוד מילים מדויקות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להבין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המילה הופכת לקיצור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 כמו דו״ח ואח״כ הם המצאה חדשה של הודעות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טרנד שאולה מאנגלית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הלחם טוב הוא בדרך כלל ארוך ומסובך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יש גם צד טוב וגם צד פחות טוב בשימוש במילים 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כל הדוברים תמיד מאמצים כל מילה עברית חדשה שמוצעת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רמזור נוצרה מחיבור של רמז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הדרך שבה העברית לוקחת מילים משפות אחרות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מדרחוב הוא הלחם של מדרכה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קיצור של דין וחשבון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שהוצעה בעברית לתוכנה קטנה בטלפון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מקבלים ומתחילים להשתמש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התקבלו ונכנסו לשימוש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נקלטו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חדשה מחיבור של שתי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מאמצים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שאינה עברית, משפה 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הלועזית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לקיחת מילה משפה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להלחמים שמופיעים בטקסט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הסכנה שבשימוש במילה אחת כמו מטורף לכל דבר?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איזו מילה חדשה שמעתם לאחרונה? האם היא שאילה, הלחם או קיצור? הסבירו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שאילה להלחם?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לקיצור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לשמור גם על מילים מדויקות?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חדשות בקצב של טרנד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